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DE7A14" w14:textId="77777777" w:rsidR="00975F2D" w:rsidRDefault="00000000">
      <w:pPr>
        <w:pStyle w:val="Ttulo1"/>
      </w:pPr>
      <w:r>
        <w:t>Cover Letter</w:t>
      </w:r>
    </w:p>
    <w:p w14:paraId="0445E338" w14:textId="77777777" w:rsidR="009331A4" w:rsidRDefault="00000000">
      <w:r>
        <w:t>[City], 01/08/2025</w:t>
      </w:r>
      <w:r>
        <w:br/>
      </w:r>
      <w:r>
        <w:br/>
      </w:r>
      <w:r w:rsidR="009331A4">
        <w:t xml:space="preserve">Editor in Chief </w:t>
      </w:r>
    </w:p>
    <w:p w14:paraId="7F35C242" w14:textId="77777777" w:rsidR="009331A4" w:rsidRDefault="009331A4" w:rsidP="009331A4">
      <w:proofErr w:type="spellStart"/>
      <w:r>
        <w:t>Revista</w:t>
      </w:r>
      <w:proofErr w:type="spellEnd"/>
      <w:r>
        <w:t xml:space="preserve"> de </w:t>
      </w:r>
      <w:proofErr w:type="spellStart"/>
      <w:r>
        <w:t>Neumología</w:t>
      </w:r>
      <w:proofErr w:type="spellEnd"/>
      <w:r>
        <w:t xml:space="preserve"> y </w:t>
      </w:r>
      <w:proofErr w:type="spellStart"/>
      <w:r>
        <w:t>Cirugía</w:t>
      </w:r>
      <w:proofErr w:type="spellEnd"/>
      <w:r>
        <w:t xml:space="preserve"> de </w:t>
      </w:r>
      <w:proofErr w:type="spellStart"/>
      <w:r>
        <w:t>Tórax</w:t>
      </w:r>
      <w:proofErr w:type="spellEnd"/>
    </w:p>
    <w:p w14:paraId="0BA933C5" w14:textId="77777777" w:rsidR="009331A4" w:rsidRDefault="00000000">
      <w:r>
        <w:br/>
        <w:t>On behalf of all co-authors, we are pleased to submit for your consideration our manuscript entitled:</w:t>
      </w:r>
      <w:r>
        <w:br/>
      </w:r>
      <w:r>
        <w:br/>
        <w:t>“[Full manuscript title]”</w:t>
      </w:r>
      <w:r>
        <w:br/>
      </w:r>
      <w:r>
        <w:br/>
        <w:t>The authors of this work are:</w:t>
      </w:r>
      <w:r>
        <w:br/>
        <w:t>- [Full name of Author 1], ORCID: [0000-0000-0000-0000]</w:t>
      </w:r>
      <w:r>
        <w:br/>
        <w:t>- [Full name of Author 2], ORCID: [0000-0000-0000-0000]</w:t>
      </w:r>
      <w:r>
        <w:br/>
        <w:t>- [Full name of Author 3], ORCID: [0000-0000-0000-0000]</w:t>
      </w:r>
      <w:r>
        <w:br/>
      </w:r>
      <w:r>
        <w:br/>
        <w:t>We hereby declare that:</w:t>
      </w:r>
      <w:r>
        <w:br/>
        <w:t>1. This manuscript is original and unpublished, and it has not been submitted simultaneously to any other journal.</w:t>
      </w:r>
      <w:r>
        <w:br/>
        <w:t>2. It is not currently under peer review elsewhere.</w:t>
      </w:r>
      <w:r>
        <w:br/>
        <w:t>3. Upon acceptance, we agree to transfer copyright to the Mexican Society of Pulmonology and Thoracic Surgery (INER Ismael Cosío Villegas) in accordance with the journal’s editorial policies.</w:t>
      </w:r>
      <w:r>
        <w:br/>
        <w:t>4. All authors have reviewed and approved the final version of the manuscript and consent to its submission and the established authorship order.</w:t>
      </w:r>
      <w:r>
        <w:br/>
      </w:r>
      <w:r>
        <w:br/>
        <w:t>Thank you for your consideration. We look forward to your response.</w:t>
      </w:r>
      <w:r>
        <w:br/>
      </w:r>
      <w:r>
        <w:br/>
        <w:t>Sincerely,</w:t>
      </w:r>
      <w:r>
        <w:br/>
      </w:r>
      <w:r>
        <w:br/>
        <w:t xml:space="preserve">[Handwritten </w:t>
      </w:r>
      <w:r w:rsidR="009331A4">
        <w:t xml:space="preserve">or electronic </w:t>
      </w:r>
      <w:r>
        <w:t>signature]</w:t>
      </w:r>
    </w:p>
    <w:p w14:paraId="5DEDD112" w14:textId="77777777" w:rsidR="009331A4" w:rsidRDefault="00000000">
      <w:r>
        <w:br/>
        <w:t>[Full name of corresponding author]</w:t>
      </w:r>
    </w:p>
    <w:p w14:paraId="0EFE3479" w14:textId="7533C3DC" w:rsidR="00975F2D" w:rsidRDefault="00000000">
      <w:r>
        <w:br/>
        <w:t>On behalf of all authors</w:t>
      </w:r>
      <w:r>
        <w:br/>
        <w:t>Email: [email address]</w:t>
      </w:r>
      <w:r>
        <w:br/>
        <w:t>Phone: [number]</w:t>
      </w:r>
    </w:p>
    <w:sectPr w:rsidR="00975F2D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664745868">
    <w:abstractNumId w:val="8"/>
  </w:num>
  <w:num w:numId="2" w16cid:durableId="1348292864">
    <w:abstractNumId w:val="6"/>
  </w:num>
  <w:num w:numId="3" w16cid:durableId="106631013">
    <w:abstractNumId w:val="5"/>
  </w:num>
  <w:num w:numId="4" w16cid:durableId="1233352412">
    <w:abstractNumId w:val="4"/>
  </w:num>
  <w:num w:numId="5" w16cid:durableId="2064981986">
    <w:abstractNumId w:val="7"/>
  </w:num>
  <w:num w:numId="6" w16cid:durableId="1467703895">
    <w:abstractNumId w:val="3"/>
  </w:num>
  <w:num w:numId="7" w16cid:durableId="883441471">
    <w:abstractNumId w:val="2"/>
  </w:num>
  <w:num w:numId="8" w16cid:durableId="1460297088">
    <w:abstractNumId w:val="1"/>
  </w:num>
  <w:num w:numId="9" w16cid:durableId="20366175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4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9331A4"/>
    <w:rsid w:val="00975F2D"/>
    <w:rsid w:val="00AA1D8D"/>
    <w:rsid w:val="00B47730"/>
    <w:rsid w:val="00CB0664"/>
    <w:rsid w:val="00CC1ABF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69685DD"/>
  <w14:defaultImageDpi w14:val="300"/>
  <w15:docId w15:val="{ECF130CF-9C49-3349-A089-1A41A0E62E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180</Words>
  <Characters>992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1170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Maria Ahn</cp:lastModifiedBy>
  <cp:revision>2</cp:revision>
  <dcterms:created xsi:type="dcterms:W3CDTF">2013-12-23T23:15:00Z</dcterms:created>
  <dcterms:modified xsi:type="dcterms:W3CDTF">2025-08-01T08:48:00Z</dcterms:modified>
  <cp:category/>
</cp:coreProperties>
</file>