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07F82" w14:textId="77777777" w:rsidR="00A437D4" w:rsidRDefault="00000000">
      <w:pPr>
        <w:pStyle w:val="Ttulo1"/>
      </w:pPr>
      <w:r>
        <w:t>Carta de presentación</w:t>
      </w:r>
    </w:p>
    <w:p w14:paraId="028C8BB8" w14:textId="77777777" w:rsidR="00C405A5" w:rsidRDefault="00000000">
      <w:r>
        <w:t>[Ciudad], 01/08/2025</w:t>
      </w:r>
      <w:r>
        <w:br/>
      </w:r>
      <w:r>
        <w:br/>
      </w:r>
      <w:proofErr w:type="spellStart"/>
      <w:r w:rsidR="00C405A5">
        <w:t>Estimado</w:t>
      </w:r>
      <w:proofErr w:type="spellEnd"/>
      <w:r w:rsidR="00C405A5">
        <w:t xml:space="preserve"> Editor Jefe</w:t>
      </w:r>
      <w:r>
        <w:br/>
        <w:t xml:space="preserve">Revista de </w:t>
      </w:r>
      <w:proofErr w:type="spellStart"/>
      <w:r>
        <w:t>Neumología</w:t>
      </w:r>
      <w:proofErr w:type="spellEnd"/>
      <w:r>
        <w:t xml:space="preserve"> y </w:t>
      </w:r>
      <w:proofErr w:type="spellStart"/>
      <w:r>
        <w:t>Cirugía</w:t>
      </w:r>
      <w:proofErr w:type="spellEnd"/>
      <w:r>
        <w:t xml:space="preserve"> de </w:t>
      </w:r>
      <w:proofErr w:type="spellStart"/>
      <w:r>
        <w:t>Tórax</w:t>
      </w:r>
      <w:proofErr w:type="spellEnd"/>
    </w:p>
    <w:p w14:paraId="2E17E508" w14:textId="64D8D37B" w:rsidR="00C405A5" w:rsidRDefault="00C405A5">
      <w:r>
        <w:t xml:space="preserve"> </w:t>
      </w:r>
      <w:r w:rsidR="00000000">
        <w:br/>
        <w:t>Por este medio, los autores abajo firmantes presentamos a su consideración el manuscrito titulado:</w:t>
      </w:r>
      <w:r w:rsidR="00000000">
        <w:br/>
      </w:r>
      <w:r w:rsidR="00000000">
        <w:br/>
        <w:t>“[Título completo del manuscrito]”</w:t>
      </w:r>
      <w:r w:rsidR="00000000">
        <w:br/>
      </w:r>
      <w:r w:rsidR="00000000">
        <w:br/>
        <w:t>Los autores del presente trabajo son:</w:t>
      </w:r>
      <w:r w:rsidR="00000000">
        <w:br/>
        <w:t>- [Nombre completo del autor 1], ORCID: [0000-0000-0000-0000]</w:t>
      </w:r>
      <w:r w:rsidR="00000000">
        <w:br/>
        <w:t>- [Nombre completo del autor 2], ORCID: [0000-0000-0000-0000]</w:t>
      </w:r>
      <w:r w:rsidR="00000000">
        <w:br/>
        <w:t>- [Nombre completo del autor 3], ORCID: [0000-0000-0000-0000]</w:t>
      </w:r>
      <w:r w:rsidR="00000000">
        <w:br/>
      </w:r>
      <w:r w:rsidR="00000000">
        <w:br/>
        <w:t>Declaramos que:</w:t>
      </w:r>
      <w:r w:rsidR="00000000">
        <w:br/>
        <w:t>1. El manuscrito es original e inédito, no ha sido publicado previamente ni sometido simultáneamente a otra revista.</w:t>
      </w:r>
      <w:r w:rsidR="00000000">
        <w:br/>
        <w:t>2. El manuscrito no se encuentra actualmente en revisión por pares en otra publicación.</w:t>
      </w:r>
      <w:r w:rsidR="00000000">
        <w:br/>
        <w:t>3. En caso de ser aceptado, cedemos los derechos de autor a la Sociedad Mexicana de Neumología y Cirugía de Tórax del INER Ismael Cosío Villegas, conforme a sus normas editoriales.</w:t>
      </w:r>
      <w:r w:rsidR="00000000">
        <w:br/>
        <w:t>4. Todos los autores hemos revisado y aprobado la versión final del manuscrito y estamos de acuerdo con su envío y el orden de autoría.</w:t>
      </w:r>
      <w:r w:rsidR="00000000">
        <w:br/>
      </w:r>
      <w:r w:rsidR="00000000">
        <w:br/>
      </w:r>
      <w:proofErr w:type="spellStart"/>
      <w:r w:rsidR="00000000">
        <w:t>Atentamente</w:t>
      </w:r>
      <w:proofErr w:type="spellEnd"/>
      <w:r w:rsidR="00000000">
        <w:t>,</w:t>
      </w:r>
      <w:r w:rsidR="00000000">
        <w:br/>
      </w:r>
      <w:r w:rsidR="00000000">
        <w:br/>
        <w:t>[</w:t>
      </w:r>
      <w:proofErr w:type="spellStart"/>
      <w:r w:rsidR="00000000">
        <w:t>Firma</w:t>
      </w:r>
      <w:proofErr w:type="spellEnd"/>
      <w:r w:rsidR="00000000">
        <w:t xml:space="preserve"> </w:t>
      </w:r>
      <w:proofErr w:type="spellStart"/>
      <w:r w:rsidR="00000000">
        <w:t>manuscrita</w:t>
      </w:r>
      <w:proofErr w:type="spellEnd"/>
      <w:r w:rsidR="00000000">
        <w:t xml:space="preserve"> </w:t>
      </w:r>
      <w:r>
        <w:t>o electronica</w:t>
      </w:r>
      <w:r w:rsidR="00000000">
        <w:t>]</w:t>
      </w:r>
      <w:r w:rsidR="00000000">
        <w:br/>
        <w:t xml:space="preserve">[Nombre </w:t>
      </w:r>
      <w:proofErr w:type="spellStart"/>
      <w:r w:rsidR="00000000">
        <w:t>completo</w:t>
      </w:r>
      <w:proofErr w:type="spellEnd"/>
      <w:r w:rsidR="00000000">
        <w:t xml:space="preserve"> del </w:t>
      </w:r>
      <w:proofErr w:type="spellStart"/>
      <w:r w:rsidR="00000000">
        <w:t>autor</w:t>
      </w:r>
      <w:proofErr w:type="spellEnd"/>
      <w:r w:rsidR="00000000">
        <w:t xml:space="preserve"> de correspondencia]</w:t>
      </w:r>
      <w:r w:rsidR="00000000">
        <w:br/>
      </w:r>
    </w:p>
    <w:p w14:paraId="70D877C3" w14:textId="0F46E6FB" w:rsidR="00A437D4" w:rsidRDefault="00000000">
      <w:r>
        <w:t xml:space="preserve">En </w:t>
      </w:r>
      <w:proofErr w:type="spellStart"/>
      <w:r>
        <w:t>nombre</w:t>
      </w:r>
      <w:proofErr w:type="spellEnd"/>
      <w:r>
        <w:t xml:space="preserve"> de </w:t>
      </w:r>
      <w:proofErr w:type="spellStart"/>
      <w:r>
        <w:t>todos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autores</w:t>
      </w:r>
      <w:r>
        <w:br/>
        <w:t>Correo electrónico: [correo electrónico]</w:t>
      </w:r>
      <w:r>
        <w:br/>
        <w:t>Teléfono: [número]</w:t>
      </w:r>
    </w:p>
    <w:sectPr w:rsidR="00A437D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40922792">
    <w:abstractNumId w:val="8"/>
  </w:num>
  <w:num w:numId="2" w16cid:durableId="193153373">
    <w:abstractNumId w:val="6"/>
  </w:num>
  <w:num w:numId="3" w16cid:durableId="879054472">
    <w:abstractNumId w:val="5"/>
  </w:num>
  <w:num w:numId="4" w16cid:durableId="1437677490">
    <w:abstractNumId w:val="4"/>
  </w:num>
  <w:num w:numId="5" w16cid:durableId="1175459994">
    <w:abstractNumId w:val="7"/>
  </w:num>
  <w:num w:numId="6" w16cid:durableId="85271246">
    <w:abstractNumId w:val="3"/>
  </w:num>
  <w:num w:numId="7" w16cid:durableId="1080249846">
    <w:abstractNumId w:val="2"/>
  </w:num>
  <w:num w:numId="8" w16cid:durableId="1998071937">
    <w:abstractNumId w:val="1"/>
  </w:num>
  <w:num w:numId="9" w16cid:durableId="1976715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437D4"/>
    <w:rsid w:val="00AA1D8D"/>
    <w:rsid w:val="00B47730"/>
    <w:rsid w:val="00C405A5"/>
    <w:rsid w:val="00CB0664"/>
    <w:rsid w:val="00CC1AB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79CE19"/>
  <w14:defaultImageDpi w14:val="300"/>
  <w15:docId w15:val="{ECF130CF-9C49-3349-A089-1A41A0E62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 Ahn</cp:lastModifiedBy>
  <cp:revision>2</cp:revision>
  <dcterms:created xsi:type="dcterms:W3CDTF">2013-12-23T23:15:00Z</dcterms:created>
  <dcterms:modified xsi:type="dcterms:W3CDTF">2025-08-01T08:47:00Z</dcterms:modified>
  <cp:category/>
</cp:coreProperties>
</file>