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447034" w14:textId="77777777" w:rsidR="00DD2F3A" w:rsidRDefault="00000000">
      <w:pPr>
        <w:pStyle w:val="Ttulo1"/>
      </w:pPr>
      <w:r>
        <w:t>Página Frontal (Español)</w:t>
      </w:r>
    </w:p>
    <w:p w14:paraId="3391515C" w14:textId="77777777" w:rsidR="00DD2F3A" w:rsidRDefault="00000000">
      <w:r>
        <w:t>Tipo de artículo: [Original / Revisión / Caso clínico / Otro]</w:t>
      </w:r>
      <w:r>
        <w:br/>
      </w:r>
    </w:p>
    <w:p w14:paraId="68EB016C" w14:textId="77777777" w:rsidR="00DD2F3A" w:rsidRDefault="00000000">
      <w:r>
        <w:t>Título en español:</w:t>
      </w:r>
      <w:r>
        <w:br/>
        <w:t>[Escribir aquí el título completo en español]</w:t>
      </w:r>
    </w:p>
    <w:p w14:paraId="1AA2859F" w14:textId="77777777" w:rsidR="00DD2F3A" w:rsidRDefault="00000000">
      <w:r>
        <w:t>Título en inglés:</w:t>
      </w:r>
      <w:r>
        <w:br/>
        <w:t>[Escribir aquí el título completo en inglés]</w:t>
      </w:r>
    </w:p>
    <w:p w14:paraId="67ECE220" w14:textId="77777777" w:rsidR="00DD2F3A" w:rsidRDefault="00000000">
      <w:r>
        <w:t>Título corto (máx. 40 caracteres):</w:t>
      </w:r>
      <w:r>
        <w:br/>
        <w:t>[Escribir aquí]</w:t>
      </w:r>
    </w:p>
    <w:p w14:paraId="05ABDCC4" w14:textId="77777777" w:rsidR="00DD2F3A" w:rsidRDefault="00000000">
      <w:pPr>
        <w:pStyle w:val="Ttulo2"/>
      </w:pPr>
      <w:r>
        <w:t>Autores y afiliaciones</w:t>
      </w:r>
    </w:p>
    <w:p w14:paraId="6AB7EB75" w14:textId="77777777" w:rsidR="00744F3B" w:rsidRDefault="00000000">
      <w:r>
        <w:t xml:space="preserve">Autores (Primer nombre, inicial segundo nombre si aplica, apellidos separados por '-'): </w:t>
      </w:r>
    </w:p>
    <w:p w14:paraId="2D40F756" w14:textId="0BD44DC3" w:rsidR="00DD2F3A" w:rsidRDefault="00000000">
      <w:r>
        <w:br/>
        <w:t>Ejemplo: Juan P. Pérez-García¹, Ana L. Rodríguez-Santos², Luis M. Torres³</w:t>
      </w:r>
      <w:r>
        <w:br/>
      </w:r>
    </w:p>
    <w:p w14:paraId="305D778F" w14:textId="77777777" w:rsidR="00DD2F3A" w:rsidRDefault="00000000">
      <w:r>
        <w:t>Afiliaciones (identificadas con superíndice numérico):</w:t>
      </w:r>
      <w:r>
        <w:br/>
        <w:t>¹ Departamento/Servicio/Unidad o Facultad, Institución, Ciudad, País</w:t>
      </w:r>
      <w:r>
        <w:br/>
        <w:t>² Departamento/Servicio/Unidad o Facultad, Institución, Ciudad, País</w:t>
      </w:r>
      <w:r>
        <w:br/>
        <w:t>³ Departamento/Servicio/Unidad o Facultad, Institución, Ciudad, País</w:t>
      </w:r>
      <w:r>
        <w:br/>
      </w:r>
    </w:p>
    <w:p w14:paraId="0CC07036" w14:textId="2CD0DB7F" w:rsidR="00DD2F3A" w:rsidRDefault="00744F3B">
      <w:pPr>
        <w:pStyle w:val="Ttulo2"/>
      </w:pPr>
      <w:r>
        <w:t>*</w:t>
      </w:r>
      <w:r w:rsidR="00000000">
        <w:t xml:space="preserve">Autor de </w:t>
      </w:r>
      <w:proofErr w:type="spellStart"/>
      <w:r w:rsidR="00000000">
        <w:t>correspondencia</w:t>
      </w:r>
      <w:proofErr w:type="spellEnd"/>
    </w:p>
    <w:p w14:paraId="47DF1916" w14:textId="77777777" w:rsidR="00744F3B" w:rsidRDefault="00000000">
      <w:r>
        <w:t>Nombre completo:</w:t>
      </w:r>
      <w:r>
        <w:br/>
        <w:t>Correo electrónico:</w:t>
      </w:r>
      <w:r>
        <w:br/>
      </w:r>
    </w:p>
    <w:p w14:paraId="2C09CA98" w14:textId="7320AECE" w:rsidR="00DD2F3A" w:rsidRDefault="00000000">
      <w:proofErr w:type="spellStart"/>
      <w:r>
        <w:t>Afiliaciones</w:t>
      </w:r>
      <w:proofErr w:type="spellEnd"/>
      <w:r>
        <w:t xml:space="preserve"> (</w:t>
      </w:r>
      <w:proofErr w:type="spellStart"/>
      <w:r>
        <w:t>identificadas</w:t>
      </w:r>
      <w:proofErr w:type="spellEnd"/>
      <w:r>
        <w:t xml:space="preserve"> con </w:t>
      </w:r>
      <w:proofErr w:type="spellStart"/>
      <w:r>
        <w:t>superíndice</w:t>
      </w:r>
      <w:proofErr w:type="spellEnd"/>
      <w:r>
        <w:t xml:space="preserve"> </w:t>
      </w:r>
      <w:proofErr w:type="spellStart"/>
      <w:r>
        <w:t>numérico</w:t>
      </w:r>
      <w:proofErr w:type="spellEnd"/>
      <w:r>
        <w:t>):</w:t>
      </w:r>
      <w:r>
        <w:br/>
        <w:t>¹ Departamento/Servicio/Unidad o Facultad, Institución, Ciudad, País</w:t>
      </w:r>
      <w:r>
        <w:br/>
        <w:t>² Departamento/Servicio/Unidad o Facultad, Institución, Ciudad, País</w:t>
      </w:r>
      <w:r>
        <w:br/>
        <w:t>³ Departamento/Servicio/Unidad o Facultad, Institución, Ciudad, País</w:t>
      </w:r>
    </w:p>
    <w:p w14:paraId="0EADE743" w14:textId="77777777" w:rsidR="00DD2F3A" w:rsidRDefault="00000000">
      <w:r>
        <w:br/>
        <w:t>ORCID de los autores:</w:t>
      </w:r>
      <w:r>
        <w:br/>
        <w:t>- Juan P. Pérez-García: [0000-0000-0000-0000]</w:t>
      </w:r>
      <w:r>
        <w:br/>
        <w:t>- Ana L. Rodríguez-Santos: [0000-0000-0000-0000]</w:t>
      </w:r>
      <w:r>
        <w:br/>
        <w:t>- Luis M. Torres: [0000-0000-0000-0000]</w:t>
      </w:r>
    </w:p>
    <w:p w14:paraId="408DB81A" w14:textId="77777777" w:rsidR="00DD2F3A" w:rsidRDefault="00000000">
      <w:r>
        <w:br/>
        <w:t>Autor de correspondencia:</w:t>
      </w:r>
      <w:r>
        <w:br/>
      </w:r>
      <w:r>
        <w:lastRenderedPageBreak/>
        <w:t>Nombre completo: [Nombre del autor]</w:t>
      </w:r>
      <w:r>
        <w:br/>
        <w:t>Correo electrónico: [email]</w:t>
      </w:r>
      <w:r>
        <w:br/>
        <w:t>Teléfono: [número]</w:t>
      </w:r>
      <w:r>
        <w:br/>
        <w:t>Dirección completa: [Dirección institucional]</w:t>
      </w:r>
    </w:p>
    <w:p w14:paraId="17DC9138" w14:textId="77777777" w:rsidR="00DD2F3A" w:rsidRDefault="00000000">
      <w:r>
        <w:br/>
        <w:t>Financiación:</w:t>
      </w:r>
      <w:r>
        <w:br/>
        <w:t>[Indicar si hubo fuentes de financiación o escribir 'No aplica']</w:t>
      </w:r>
    </w:p>
    <w:p w14:paraId="03BBC7AC" w14:textId="77777777" w:rsidR="00DD2F3A" w:rsidRDefault="00000000">
      <w:r>
        <w:br/>
        <w:t>Conflictos de interés:</w:t>
      </w:r>
      <w:r>
        <w:br/>
        <w:t>[Declarar los posibles conflictos de interés o escribir 'Los autores declaran no tener conflictos de interés']</w:t>
      </w:r>
    </w:p>
    <w:sectPr w:rsidR="00DD2F3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58742870">
    <w:abstractNumId w:val="8"/>
  </w:num>
  <w:num w:numId="2" w16cid:durableId="413164296">
    <w:abstractNumId w:val="6"/>
  </w:num>
  <w:num w:numId="3" w16cid:durableId="141236829">
    <w:abstractNumId w:val="5"/>
  </w:num>
  <w:num w:numId="4" w16cid:durableId="536159624">
    <w:abstractNumId w:val="4"/>
  </w:num>
  <w:num w:numId="5" w16cid:durableId="1965236640">
    <w:abstractNumId w:val="7"/>
  </w:num>
  <w:num w:numId="6" w16cid:durableId="109783312">
    <w:abstractNumId w:val="3"/>
  </w:num>
  <w:num w:numId="7" w16cid:durableId="1989935276">
    <w:abstractNumId w:val="2"/>
  </w:num>
  <w:num w:numId="8" w16cid:durableId="1251894229">
    <w:abstractNumId w:val="1"/>
  </w:num>
  <w:num w:numId="9" w16cid:durableId="1548832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44F3B"/>
    <w:rsid w:val="00AA1D8D"/>
    <w:rsid w:val="00B47730"/>
    <w:rsid w:val="00CB0664"/>
    <w:rsid w:val="00CC1ABF"/>
    <w:rsid w:val="00DD2F3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F0742A"/>
  <w14:defaultImageDpi w14:val="300"/>
  <w15:docId w15:val="{ECF130CF-9C49-3349-A089-1A41A0E6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 Ahn</cp:lastModifiedBy>
  <cp:revision>2</cp:revision>
  <dcterms:created xsi:type="dcterms:W3CDTF">2013-12-23T23:15:00Z</dcterms:created>
  <dcterms:modified xsi:type="dcterms:W3CDTF">2025-08-01T08:54:00Z</dcterms:modified>
  <cp:category/>
</cp:coreProperties>
</file>